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3182D"/>
          <w:sz w:val="32"/>
        </w:rPr>
        <w:t>INTERNATIONAL JOURNAL OF GLOBAL</w:t>
        <w:br/>
        <w:t>ENGINEERING AND APPLICATIONS</w:t>
      </w:r>
    </w:p>
    <w:p>
      <w:pPr>
        <w:jc w:val="center"/>
      </w:pPr>
      <w:r>
        <w:rPr>
          <w:rFonts w:ascii="Arial" w:hAnsi="Arial"/>
          <w:b/>
          <w:color w:val="D99A2B"/>
          <w:sz w:val="24"/>
        </w:rPr>
        <w:t>OFFICIAL MANUSCRIPT TEMPLATE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5F7"/>
            <w:tcBorders>
              <w:top w:val="single" w:sz="8" w:color="D99A2B"/>
              <w:left w:val="single" w:sz="8" w:color="D99A2B"/>
              <w:bottom w:val="single" w:sz="8" w:color="D99A2B"/>
              <w:right w:val="single" w:sz="8" w:color="D99A2B"/>
            </w:tcBorders>
          </w:tcPr>
          <w:p>
            <w:r/>
            <w:r>
              <w:rPr>
                <w:b/>
                <w:color w:val="03182D"/>
              </w:rPr>
              <w:t xml:space="preserve">IMPORTANT: </w:t>
            </w:r>
            <w:r>
              <w:rPr>
                <w:sz w:val="18"/>
              </w:rPr>
              <w:t>Please replace all placeholder text with your manuscript content. Keep the section structure unless the article type requires otherwise. Remove instructional notes before final submission.</w:t>
            </w:r>
          </w:p>
        </w:tc>
      </w:tr>
    </w:tbl>
    <w:p/>
    <w:p>
      <w:pPr>
        <w:spacing w:before="80"/>
      </w:pPr>
      <w:r>
        <w:rPr>
          <w:rFonts w:ascii="Arial" w:hAnsi="Arial"/>
          <w:b/>
          <w:color w:val="666666"/>
          <w:sz w:val="18"/>
        </w:rPr>
        <w:t>MANUSCRIPT TITLE</w:t>
      </w:r>
    </w:p>
    <w:p>
      <w:pPr>
        <w:jc w:val="center"/>
      </w:pPr>
      <w:r>
        <w:rPr>
          <w:rFonts w:ascii="Times New Roman" w:hAnsi="Times New Roman"/>
          <w:b/>
          <w:sz w:val="30"/>
        </w:rPr>
        <w:t>[Insert a concise and informative manuscript title]</w:t>
      </w:r>
    </w:p>
    <w:p>
      <w:pPr>
        <w:spacing w:before="80"/>
      </w:pPr>
      <w:r>
        <w:rPr>
          <w:rFonts w:ascii="Arial" w:hAnsi="Arial"/>
          <w:b/>
          <w:color w:val="666666"/>
          <w:sz w:val="18"/>
        </w:rPr>
        <w:t>AUTHORS</w:t>
      </w:r>
    </w:p>
    <w:p>
      <w:pPr>
        <w:jc w:val="center"/>
      </w:pPr>
      <w:r>
        <w:rPr>
          <w:b/>
        </w:rPr>
        <w:t>[First Author]¹, [Second Author]², [Third Author]³</w:t>
      </w:r>
    </w:p>
    <w:p>
      <w:pPr>
        <w:jc w:val="center"/>
      </w:pPr>
      <w:r>
        <w:t>¹Department, University, City, Country</w:t>
        <w:br/>
        <w:t>²Department, University, City, Country</w:t>
        <w:br/>
        <w:t>³Department, University, City, Country</w:t>
        <w:br/>
        <w:t>Corresponding author: [email@example.com]</w:t>
      </w:r>
    </w:p>
    <w:p>
      <w:pPr>
        <w:pStyle w:val="Heading1"/>
      </w:pPr>
      <w:r>
        <w:t>Abstract</w:t>
      </w:r>
    </w:p>
    <w:p>
      <w:r>
        <w:t>[Write a single concise paragraph summarizing the research problem/objective, methodology, principal results, and conclusion. Avoid citations where possible.]</w:t>
      </w:r>
    </w:p>
    <w:p>
      <w:r>
        <w:rPr>
          <w:b/>
        </w:rPr>
        <w:t xml:space="preserve">Keywords: </w:t>
      </w:r>
      <w:r>
        <w:t>[keyword 1]; [keyword 2]; [keyword 3]; [keyword 4]; [keyword 5]</w:t>
      </w:r>
    </w:p>
    <w:p>
      <w:pPr>
        <w:pStyle w:val="Heading1"/>
      </w:pPr>
      <w:r>
        <w:t>1. Introduction</w:t>
      </w:r>
    </w:p>
    <w:p>
      <w:r>
        <w:t>[Introduce the research problem, background, motivation, research gap, objectives, and main contribution. Clearly explain why the study is needed.]</w:t>
      </w:r>
    </w:p>
    <w:p>
      <w:pPr>
        <w:pStyle w:val="Heading1"/>
      </w:pPr>
      <w:r>
        <w:t>2. Related Work / Literature Review</w:t>
      </w:r>
    </w:p>
    <w:p>
      <w:r>
        <w:t>[Summarize relevant previous studies and explain how the present work differs from or extends existing research.]</w:t>
      </w:r>
    </w:p>
    <w:p>
      <w:pPr>
        <w:pStyle w:val="Heading1"/>
      </w:pPr>
      <w:r>
        <w:t>3. Materials and Methods</w:t>
      </w:r>
    </w:p>
    <w:p>
      <w:pPr>
        <w:pStyle w:val="Heading2"/>
      </w:pPr>
      <w:r>
        <w:t>3.1 Study / System Design</w:t>
      </w:r>
    </w:p>
    <w:p>
      <w:r>
        <w:t>[Describe the proposed system, experimental design, theoretical framework, or study protocol.]</w:t>
      </w:r>
    </w:p>
    <w:p>
      <w:pPr>
        <w:pStyle w:val="Heading2"/>
      </w:pPr>
      <w:r>
        <w:t>3.2 Data and Materials</w:t>
      </w:r>
    </w:p>
    <w:p>
      <w:r>
        <w:t>[Describe datasets, participants, instruments, software, hardware, materials, or other resources.]</w:t>
      </w:r>
    </w:p>
    <w:p>
      <w:pPr>
        <w:pStyle w:val="Heading2"/>
      </w:pPr>
      <w:r>
        <w:t>3.3 Methodology</w:t>
      </w:r>
    </w:p>
    <w:p>
      <w:r>
        <w:t>[Provide sufficient technical detail to allow the work to be understood and, where possible, reproduced.]</w:t>
      </w:r>
    </w:p>
    <w:p>
      <w:pPr>
        <w:pStyle w:val="Heading1"/>
      </w:pPr>
      <w:r>
        <w:t>4. Results</w:t>
      </w:r>
    </w:p>
    <w:p>
      <w:r>
        <w:t>[Present the main findings objectively. Use figures and tables where they improve clarity.]</w:t>
      </w:r>
      <w:r>
        <w:rPr>
          <w:i/>
        </w:rPr>
        <w:t>Table 1. Example results table. Replace with your data.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03182D"/>
          </w:tcPr>
          <w:p>
            <w:r>
              <w:rPr>
                <w:b/>
                <w:color w:val="FFFFFF"/>
              </w:rPr>
              <w:t>Method</w:t>
            </w:r>
          </w:p>
        </w:tc>
        <w:tc>
          <w:tcPr>
            <w:tcW w:type="dxa" w:w="2484"/>
            <w:shd w:fill="03182D"/>
          </w:tcPr>
          <w:p>
            <w:r>
              <w:rPr>
                <w:b/>
                <w:color w:val="FFFFFF"/>
              </w:rPr>
              <w:t>Accuracy</w:t>
            </w:r>
          </w:p>
        </w:tc>
        <w:tc>
          <w:tcPr>
            <w:tcW w:type="dxa" w:w="2484"/>
            <w:shd w:fill="03182D"/>
          </w:tcPr>
          <w:p>
            <w:r>
              <w:rPr>
                <w:b/>
                <w:color w:val="FFFFFF"/>
              </w:rPr>
              <w:t>Precision</w:t>
            </w:r>
          </w:p>
        </w:tc>
        <w:tc>
          <w:tcPr>
            <w:tcW w:type="dxa" w:w="2484"/>
            <w:shd w:fill="03182D"/>
          </w:tcPr>
          <w:p>
            <w:r>
              <w:rPr>
                <w:b/>
                <w:color w:val="FFFFFF"/>
              </w:rPr>
              <w:t>Recall</w:t>
            </w:r>
          </w:p>
        </w:tc>
      </w:tr>
      <w:tr>
        <w:tc>
          <w:tcPr>
            <w:tcW w:type="dxa" w:w="2484"/>
            <w:vAlign w:val="center"/>
          </w:tcPr>
          <w:p>
            <w:r>
              <w:t>[Method]</w:t>
            </w:r>
          </w:p>
        </w:tc>
        <w:tc>
          <w:tcPr>
            <w:tcW w:type="dxa" w:w="2484"/>
            <w:vAlign w:val="center"/>
          </w:tcPr>
          <w:p>
            <w:r>
              <w:t>[00.00]</w:t>
            </w:r>
          </w:p>
        </w:tc>
        <w:tc>
          <w:tcPr>
            <w:tcW w:type="dxa" w:w="2484"/>
            <w:vAlign w:val="center"/>
          </w:tcPr>
          <w:p>
            <w:r>
              <w:t>[00.00]</w:t>
            </w:r>
          </w:p>
        </w:tc>
        <w:tc>
          <w:tcPr>
            <w:tcW w:type="dxa" w:w="2484"/>
            <w:vAlign w:val="center"/>
          </w:tcPr>
          <w:p>
            <w:r>
              <w:t>[00.00]</w:t>
            </w:r>
          </w:p>
        </w:tc>
      </w:tr>
      <w:tr>
        <w:tc>
          <w:tcPr>
            <w:tcW w:type="dxa" w:w="2484"/>
            <w:vAlign w:val="center"/>
          </w:tcPr>
          <w:p>
            <w:r>
              <w:t>[Method]</w:t>
            </w:r>
          </w:p>
        </w:tc>
        <w:tc>
          <w:tcPr>
            <w:tcW w:type="dxa" w:w="2484"/>
            <w:vAlign w:val="center"/>
          </w:tcPr>
          <w:p>
            <w:r>
              <w:t>[00.00]</w:t>
            </w:r>
          </w:p>
        </w:tc>
        <w:tc>
          <w:tcPr>
            <w:tcW w:type="dxa" w:w="2484"/>
            <w:vAlign w:val="center"/>
          </w:tcPr>
          <w:p>
            <w:r>
              <w:t>[00.00]</w:t>
            </w:r>
          </w:p>
        </w:tc>
        <w:tc>
          <w:tcPr>
            <w:tcW w:type="dxa" w:w="2484"/>
            <w:vAlign w:val="center"/>
          </w:tcPr>
          <w:p>
            <w:r>
              <w:t>[00.00]</w:t>
            </w:r>
          </w:p>
        </w:tc>
      </w:tr>
    </w:tbl>
    <w:p>
      <w:pPr>
        <w:pStyle w:val="Heading1"/>
      </w:pPr>
      <w:r>
        <w:t>5. Discussion</w:t>
      </w:r>
    </w:p>
    <w:p>
      <w:r>
        <w:t>[Interpret the findings, compare them with previous research, discuss implications, and explain limitations.]</w:t>
      </w:r>
    </w:p>
    <w:p>
      <w:pPr>
        <w:pStyle w:val="Heading1"/>
      </w:pPr>
      <w:r>
        <w:t>6. Conclusion</w:t>
      </w:r>
    </w:p>
    <w:p>
      <w:r>
        <w:t>[Summarize the main findings and contribution. Mention appropriate future work or practical implications.]</w:t>
      </w:r>
    </w:p>
    <w:p>
      <w:pPr>
        <w:pStyle w:val="Heading1"/>
      </w:pPr>
      <w:r>
        <w:t>7. Declarations</w:t>
      </w:r>
    </w:p>
    <w:p>
      <w:r>
        <w:rPr>
          <w:b/>
        </w:rPr>
        <w:t xml:space="preserve">Funding: </w:t>
      </w:r>
      <w:r>
        <w:t>[State funding information or write: This research received no external funding.]</w:t>
      </w:r>
    </w:p>
    <w:p>
      <w:r>
        <w:rPr>
          <w:b/>
        </w:rPr>
        <w:t xml:space="preserve">Conflicts of Interest: </w:t>
      </w:r>
      <w:r>
        <w:t>[Declare any conflicts of interest or state that none exist.]</w:t>
      </w:r>
    </w:p>
    <w:p>
      <w:r>
        <w:rPr>
          <w:b/>
        </w:rPr>
        <w:t xml:space="preserve">Ethical Approval: </w:t>
      </w:r>
      <w:r>
        <w:t>[Include the relevant ethics statement where applicable.]</w:t>
      </w:r>
    </w:p>
    <w:p>
      <w:r>
        <w:rPr>
          <w:b/>
        </w:rPr>
        <w:t xml:space="preserve">Data Availability: </w:t>
      </w:r>
      <w:r>
        <w:t>[Describe where supporting data are available, or explain applicable restrictions.]</w:t>
      </w:r>
    </w:p>
    <w:p>
      <w:r>
        <w:rPr>
          <w:b/>
        </w:rPr>
        <w:t xml:space="preserve">Author Contributions: </w:t>
      </w:r>
      <w:r>
        <w:t>[Briefly describe each author's contribution.]</w:t>
      </w:r>
    </w:p>
    <w:p>
      <w:pPr>
        <w:pStyle w:val="Heading1"/>
      </w:pPr>
      <w:r>
        <w:t>References</w:t>
      </w:r>
    </w:p>
    <w:p>
      <w:r>
        <w:t>[1] Author, A. A. (Year). Title of article. Journal Name, Volume(Issue), pages/article number. https://doi.org/xxxxx</w:t>
      </w:r>
    </w:p>
    <w:p>
      <w:r>
        <w:t>[2] Author, B. B. (Year). Title of book or conference paper. Publisher/Conference, pages.</w:t>
      </w:r>
    </w:p>
    <w:p>
      <w:r>
        <w:t>[3] Add all cited references using one consistent citation style and verify DOI information where available.</w:t>
      </w:r>
    </w:p>
    <w:p>
      <w:pPr>
        <w:pStyle w:val="Heading1"/>
      </w:pPr>
      <w:r>
        <w:t>Formatting Checklist Before Submission</w:t>
      </w:r>
    </w:p>
    <w:p>
      <w:pPr>
        <w:ind w:left="288" w:hanging="216"/>
      </w:pPr>
      <w:r>
        <w:rPr>
          <w:b/>
        </w:rPr>
        <w:t xml:space="preserve">☐ </w:t>
      </w:r>
      <w:r>
        <w:t>Replace all placeholder text and remove instructional notes.</w:t>
      </w:r>
    </w:p>
    <w:p>
      <w:pPr>
        <w:ind w:left="288" w:hanging="216"/>
      </w:pPr>
      <w:r>
        <w:rPr>
          <w:b/>
        </w:rPr>
        <w:t xml:space="preserve">☐ </w:t>
      </w:r>
      <w:r>
        <w:t>Check author names, affiliations, and corresponding-author email.</w:t>
      </w:r>
    </w:p>
    <w:p>
      <w:pPr>
        <w:ind w:left="288" w:hanging="216"/>
      </w:pPr>
      <w:r>
        <w:rPr>
          <w:b/>
        </w:rPr>
        <w:t xml:space="preserve">☐ </w:t>
      </w:r>
      <w:r>
        <w:t>Ensure every figure and table is numbered, captioned, and cited in the text.</w:t>
      </w:r>
    </w:p>
    <w:p>
      <w:pPr>
        <w:ind w:left="288" w:hanging="216"/>
      </w:pPr>
      <w:r>
        <w:rPr>
          <w:b/>
        </w:rPr>
        <w:t xml:space="preserve">☐ </w:t>
      </w:r>
      <w:r>
        <w:t>Check equations, units, abbreviations, spelling, and grammar.</w:t>
      </w:r>
    </w:p>
    <w:p>
      <w:pPr>
        <w:ind w:left="288" w:hanging="216"/>
      </w:pPr>
      <w:r>
        <w:rPr>
          <w:b/>
        </w:rPr>
        <w:t xml:space="preserve">☐ </w:t>
      </w:r>
      <w:r>
        <w:t>Verify that every in-text citation appears in the reference list and vice versa.</w:t>
      </w:r>
    </w:p>
    <w:p>
      <w:pPr>
        <w:ind w:left="288" w:hanging="216"/>
      </w:pPr>
      <w:r>
        <w:rPr>
          <w:b/>
        </w:rPr>
        <w:t xml:space="preserve">☐ </w:t>
      </w:r>
      <w:r>
        <w:t>Include required ethical, funding, conflict-of-interest, and data statements.</w:t>
      </w:r>
    </w:p>
    <w:p>
      <w:pPr>
        <w:ind w:left="288" w:hanging="216"/>
      </w:pPr>
      <w:r>
        <w:rPr>
          <w:b/>
        </w:rPr>
        <w:t xml:space="preserve">☐ </w:t>
      </w:r>
      <w:r>
        <w:t>Confirm that the manuscript is original and is not simultaneously submitted elsewhere.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6"/>
      </w:rPr>
      <w:t>International Journal of Global Engineering and Applications (IJGEA)  •  ijgea.com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D99A2B"/>
        <w:sz w:val="16"/>
      </w:rPr>
      <w:t>IJGEA  |  MANUSCRIPT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3182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D99A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Times New Roman" w:hAnsi="Times New Roman"/>
      <w:b/>
      <w:color w:val="03182D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